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Calibri" w:hAnsi="Calibri"/>
          <w:b/>
          <w:color w:val="059669"/>
          <w:sz w:val="48"/>
        </w:rPr>
        <w:t>INVOICE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Invoice no.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Issue date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Due date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FROM</w:t>
            </w:r>
          </w:p>
        </w:tc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BILL TO</w:t>
            </w:r>
          </w:p>
        </w:tc>
      </w:tr>
      <w:tr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361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72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Qty</w:t>
            </w:r>
          </w:p>
        </w:tc>
        <w:tc>
          <w:tcPr>
            <w:tcW w:type="dxa" w:w="1716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716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Subtotal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Tax rate / amount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Discount (optional)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Total due</w:t>
            </w:r>
          </w:p>
        </w:tc>
        <w:tc>
          <w:tcPr>
            <w:tcW w:type="dxa" w:w="1984"/>
            <w:shd w:val="clear" w:color="auto" w:fill="059669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00"/>
      </w:pPr>
      <w:r>
        <w:rPr>
          <w:rFonts w:ascii="Calibri" w:hAnsi="Calibri"/>
          <w:b/>
          <w:color w:val="059669"/>
          <w:sz w:val="18"/>
        </w:rPr>
        <w:t>PAYMENT DETAILS / TERMS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9866"/>
      </w:tblGrid>
      <w:tr>
        <w:tc>
          <w:tcPr>
            <w:tcW w:type="dxa" w:w="9866"/>
          </w:tcPr>
          <w:p/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B7587"/>
        <w:sz w:val="16"/>
      </w:rPr>
      <w:t>Template from onlinereceiptgenerator.com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subject/>
  <dc:creator>onlinereceiptgenerator.com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